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Homeoffice im Holzanbau: Was bei Raum, Licht und Technik zählt · Arbeitsblatt mit Checkliste</w:t>
      </w:r>
    </w:p>
    <w:p>
      <w:r>
        <w:t>Für die praktische Planung: Ein Homeoffice im Holzanbau verlangt mehr als einen zusätzlichen Raum und einen Schreibtisch. Wenn der Arbeitsplatz über längere Zeit genutzt wird, wirken sich Tageslicht, Akustik, Strom, Datenanschlüsse sowie Heizung und Lüftung unmittelbar auf die Nutzung aus. Die folgende Checkliste hilft dabei, diese Fragen vor der Anfrage zu klären und sie mit der Planung des Anbaus sowie des Anschlusses an den Bestand zu verbinden. Sie dient als ergänzender Leitfaden für die Planung eines Arbeitsplatzes im Holzanbau.</w:t>
      </w:r>
    </w:p>
    <w:p>
      <w:pPr>
        <w:pStyle w:val="Heading1"/>
      </w:pPr>
      <w:r>
        <w:t>Welche Nutzung soll der Raum erfüllen?</w:t>
      </w:r>
    </w:p>
    <w:p>
      <w:r>
        <w:t>Ein Homeoffice wird typischerweise über Stunden hinweg genutzt, häufig allein und oft mit Videokonferenzen, konzentriertem Lesen oder Schreiben. Diese Nutzung stellt andere Anforderungen als ein selten genutztes Gästezimmer. Wichtig ist daher, die gewünschte Arbeitsweise konkret zu beschreiben: Wie viele Personen sollen den Raum nutzen? Wie viele Bildschirme oder Arbeitsplätze sind vorgesehen? Welche Geräte benötigen Strom und Daten? Die Antworten helfen, Fläche, Fenster, Anschlüsse und technische Ausstattung aufeinander abzustimmen.</w:t>
        <w:br/>
        <w:br/>
        <w:t>Die Lage am Haus und die Größe des Arbeitsraums bestimmen außerdem, wie Anbau, Fenster und Zuleitungen geplant werden müssen. Angaben zur Nutzung und eine erste Vorstellung der Raumgröße erleichtern die Einordnung in die Gesamtplanung des Holzanbaus.</w:t>
      </w:r>
    </w:p>
    <w:p>
      <w:pPr>
        <w:pStyle w:val="Heading1"/>
      </w:pPr>
      <w:r>
        <w:t>Wie werden Tageslicht und Blendung geplant?</w:t>
      </w:r>
    </w:p>
    <w:p>
      <w:r>
        <w:t>Tageslicht ist im Homeoffice ein Teil der Raumnutzung und beeinflusst das Wohlbefinden während der Arbeit. Bei der Fensterplanung sollte daher der Fensteranteil im Verhältnis zur Grundfläche betrachtet werden. Sinnvoll kann eine große Fensterfläche in Ost- oder Westrichtung sein, ergänzt durch ein kleineres Fenster nach Norden für gleichmäßiges Arbeitslicht. Das ist eine Planungsidee, die im jeweiligen Entwurf geprüft werden muss.</w:t>
        <w:br/>
        <w:br/>
        <w:t>Ebenso wichtig ist die Position des Schreibtischs. Sie sollte so gewählt werden, dass der Monitor bei direktem Lichteinfall nicht blendet. Neben der Fenstergröße gehören deshalb auch Sonnenschutz oder verstellbare Lamellen sowie die sommerliche Wärmebelastung zur frühen Abstimmung. Holzanbauten können großzügige Öffnungen ermöglichen; wie sie ausgeführt werden, hängt unter anderem von Tragwerk und Wärmeschutz ab.</w:t>
      </w:r>
    </w:p>
    <w:p>
      <w:pPr>
        <w:pStyle w:val="Heading1"/>
      </w:pPr>
      <w:r>
        <w:t>Welche Akustik brauchen Arbeitszimmer und Bestand?</w:t>
      </w:r>
    </w:p>
    <w:p>
      <w:r>
        <w:t>Akustik wirkt in zwei Richtungen: Sie kann Geräusche im Arbeitsraum reduzieren und die Schallübertragung in Wohn- oder Schlafräume begrenzen. Holzflächen allein nehmen wenig Schall auf. Deshalb können schallabsorbierende Flächen an Wand oder Decke, ein weicher Bodenbelag im Arbeitsbereich sowie textile Flächen wie Vorhänge eingeplant werden. Diese Maßnahmen sollten mit der Fenster- und Lichtplanung abgestimmt werden.</w:t>
        <w:br/>
        <w:br/>
        <w:t>Besonders wichtig ist die Trennung zum Bestand. Wenn der Anbau direkt an das Wohnhaus anschließt, beeinflussen Aufbau der Trennwand, Anschlüsse an Decke und Boden sowie die Lage der Tür die Übertragung von Sprache und Trittschall. Akustik sollte deshalb nicht erst nach der Raumplanung entstehen, sondern parallel mit der Konstruktion und den Anschlüssen entwickelt werden.</w:t>
      </w:r>
    </w:p>
    <w:p>
      <w:pPr>
        <w:pStyle w:val="Heading1"/>
      </w:pPr>
      <w:r>
        <w:t>Wo braucht der Arbeitsplatz Strom und Daten?</w:t>
      </w:r>
    </w:p>
    <w:p>
      <w:r>
        <w:t>Strom- und Datenleitungen sollten vor dem Aufbau der Gebäudehülle geplant werden. Nachträglich verlegte Leitungen bleiben oft sichtbar oder erfordern aufwendige Demontagen. Zu klären sind insbesondere die Anzahl und Position der Steckdosen am Schreibtisch, getrennt schaltbare Anschlüsse für Grund- und Arbeitslicht sowie ausreichende Plätze für Router, Drucker oder Docking-Station.</w:t>
        <w:br/>
        <w:br/>
        <w:t>Ein Netzwerkanschluss kann sinnvoll sein, wenn im Arbeitsbereich eine stabilere Verbindung als reines WLAN gewünscht ist oder benötigt wird. Die Zuleitungen aus dem Bestand müssen in die Anschlussplanung einbezogen werden. Dabei ist auch zu prüfen, ob der bestehende Stromkreis die zusätzliche Last aufnehmen kann oder ein eigener Kreis im Verteiler erforderlich ist.</w:t>
      </w:r>
    </w:p>
    <w:p>
      <w:pPr>
        <w:pStyle w:val="Heading1"/>
      </w:pPr>
      <w:r>
        <w:t>Wie wird der Raum beheizt und belüftet?</w:t>
      </w:r>
    </w:p>
    <w:p>
      <w:r>
        <w:t>Ein dauerhaft genutztes Arbeitszimmer benötigt eine passende Wärmeversorgung und eine kontrollierte Lüftungsmöglichkeit. Wird der Anbau an die Heizung des Bestands angebunden, ist die Heizlast des zusätzlichen Raums bei der Auslegung zu berücksichtigen. Lüftung hilft, verbrauchte Luft und Wärme von Bildschirmen und anderen Geräten abzuführen.</w:t>
        <w:br/>
        <w:br/>
        <w:t>Im Sommer können Verschattung, Nachtlüftung und eine geeignete Dämmung dazu beitragen, die Temperaturen im Arbeitsbereich erträglich zu halten. Diese Anforderungen gehören zur Gesamtplanung des Anbaus. Für eine erste Anfrage reichen Angaben zu Raumgröße, Fensteridee, Arbeitsplatzanzahl, Anschlüssen sowie zu Heizung und Lüftung. Weitere Orientierung bietet die Planung von Holzanbauten in Berlin.</w:t>
      </w:r>
    </w:p>
    <w:p>
      <w:pPr>
        <w:pStyle w:val="Heading1"/>
      </w:pPr>
      <w:r>
        <w:t>Weitere Dokumente zum Thema</w:t>
      </w:r>
    </w:p>
    <w:p>
      <w:hyperlink r:id="rId9">
        <w:r>
          <w:rPr>
            <w:color w:val="087E75"/>
          </w:rPr>
          <w:t>Homeoffice im Holzanbau: Was bei Raum, Licht und Technik zählt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pages.dev/homeoffice-holzanbau-planung-raum-licht-technik/" TargetMode="External"/><Relationship Id="rId10" Type="http://schemas.openxmlformats.org/officeDocument/2006/relationships/hyperlink" Target="https://holzanbauberlin.pages.dev/dateien/minimax-0b3ecc25ea5bfa6a0a646e6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